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הסדנה בת 90 הדקות ואת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מטרות הסדנה ואת החומרים הנלווים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הפעולות בסדנה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תלמידים עושים כשאני לא לידם?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45–75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קישור לתוכנית למשוב 'שתי מחמאות והצעה'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לבנה אחת שאקח מחר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המערך.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שלב הבנייה הוא הארוך ביותר, 30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בשלב 75–85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בטיפ 'משימת המשך'.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בונה האתרים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טווח הזמן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(פתיחה: השלולית שנעלמה)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(למה יחידה עצמאית ו-3 עקרונות)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(תכנון במתכנן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(בונים לבנה אחר לבנה)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(סבב גלריה וסיכום עם כרטיס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שאלה מסקרנת וכתיבה בקיר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3 העקרונות של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תכנון היחידה במתכנן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עמוד פתיחה ותחנה עם משימה מוטמעת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סבב גלריה ומשוב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יציאה ומילוי טופס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לרעיון מעשי אחד מהסדנה וליישומו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יחידה שתלמיד יכול להתקדם בה לבד, עם משימות ברורות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בנייה, שיתוף/משוב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במתכנן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לבנה אחת שהמשתתף/ת לוקח/ת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כסיכום אחרי צפייה במבנה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והסידור כדי לחזק הבנה של רצף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השמיטו את הפריטים המסומנים לגרסה הפשוטה עבור 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הסדנה למנחה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תרגלו את מבנה הסדנה להעברת יחידת לימוד דיגיטלית – השלבים, הזמנים, המטרות והחומרים הנלווים לכל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אורכת הסדנה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השאלה שבה פותחים את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תלמידים עושים כשאני לא לידם?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בונים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זה יחידה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מעריכים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טווח דקות בונים עמוד פתיחה ותחנה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0–10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25–45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45–75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75–85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המשתתפים משתפים בסוף שלב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קישור לתוכנית למשוב 'שתי מחמאות והצעה'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פרומפט לאפליקציה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בכרטיס היציאה בסוף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לבנה אחת שאקח מחר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ותעודה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מחוון הערכה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אורכת 90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הבנייה הוא השלב הקצר ביותר בסדנה.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הגלריה המשתתפים משאירים פתקי משוב ליחידות של עמיתיהם.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ההמשך היא להשלים יחידה עם 3 תחנות לפחות, משימה, מחוון ורפלקציה.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הפתיחה המנחה מציג/ה שאלה מסקרנת בנושא ה__________ שנעלמה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המשתתפים מתכננים את היחידה שלהם ב__________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הבנייה בונים עמוד פתיחה ב__________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הסדנה כל משתתף/ת ממלא/ת טופס __________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טווח הזמן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0–10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סבב גלריה וסיכום עם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10–25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במתכנן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25–45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בונים לבנה אחר לבנה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45–75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פתיחה: השלולית שנעלמה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75–90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למה יחידה עצמאית ו-3 עקרונות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היחידה במתכנן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עמוד פתיחה ותחנה עם משימה מוטמעת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גלריה ומשוב בין המשתתפים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ומילוי טופס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שאלה מסקרנת וכתיבה בקיר שיתופי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3 העקרונות של יחידה עצמאית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'לבנה אחת' שהייתם לוקחים מחר לכיתה שלכם מתוך הסדנה? כתבו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מהי יחידה עצמאית ולמה חשוב לבנות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בבניית היחידה בסדנה?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כלי מתכננים את היחידה לפני הבנייה?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היציאה בסוף הסדנה?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הסדנה למנחה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