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הסדנה בת 90 הדקות ואת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מטרות הסדנה ואת החומרים הנלווים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הפעולות בסדנה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תלמידים עושים כשאני לא לידם?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המערך.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בשלב 75–85 דקות.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טווח הזמן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(פתיחה: השלולית שנעלמה)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(למה יחידה עצמאית ו-3 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(תכנון במתכנן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(בונים לבנה אחר לבנה)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שאלה מסקרנת וכתיבה בקיר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3 העקרונות של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היחידה במתכנן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עמוד פתיחה ותחנה עם משימה מוטמעת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לרעיון מעשי אחד מהסדנה וליישומו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בנייה, שיתוף/משוב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במתכנן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לבנה אחת שהמשתתף/ת לוקח/ת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כסיכום אחרי צפייה במבנה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והסידור כדי לחזק הבנה של רצף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השמיטו את הפריטים המסומנים לגרסה הפשוטה עבור 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תרגלו את מבנה הסדנה להעברת יחידת לימוד דיגיטלית – השלבים, הזמנים, המטרות והחומרים הנלווים לכל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מתכנן  ·  שלולית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דקות אורכת הסדנה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השאלה שבה פותחים את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תלמידים עושים כשאני לא לידם?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בונים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זה יחידה עצמאית?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הסדנה אורכת 90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בסבב הגלריה המשתתפים משאירים פתקי משוב ליחידות של עמיתיהם.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הפתיחה המנחה מציג/ה שאלה מסקרנת בנושא ה__________ שנעלמה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המשתתפים מתכננים את היחידה שלהם ב__________ היחידה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טווח הזמן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0–10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תכנון במתכנן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10–25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פתיחה: השלולית שנעלמה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25–45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בונים לבנה אחר לבנה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45–75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למה יחידה עצמאית ו-3 עקרונות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היחידה במתכנן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עמוד פתיחה ותחנה עם משימה מוטמעת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שאלה מסקרנת וכתיבה בקיר שיתופי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3 העקרונות של יחידה עצמאית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'לבנה אחת' שהייתם לוקחים מחר לכיתה שלכם מתוך הסדנה? כתבו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השלבים העיקריים בבניית היחידה בסדנה?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כלי מתכננים את היחידה לפני הבנייה?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הסדנה למנחה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